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sz w:val="24"/>
        </w:rPr>
        <w:t>ONMIC – OPERA NAZIONALE MUTILATI INVALIDI CIVILI</w:t>
      </w:r>
    </w:p>
    <w:p>
      <w:pPr>
        <w:spacing w:after="0"/>
        <w:jc w:val="center"/>
      </w:pPr>
      <w:r>
        <w:rPr>
          <w:i/>
          <w:sz w:val="20"/>
        </w:rPr>
        <w:t>Associazione di Promozione Sociale (APS) – Ente del Terzo Settore</w:t>
      </w:r>
    </w:p>
    <w:p>
      <w:pPr>
        <w:spacing w:after="120"/>
        <w:jc w:val="center"/>
      </w:pPr>
      <w:r>
        <w:rPr>
          <w:sz w:val="18"/>
        </w:rPr>
        <w:t>Sede Legale: Via G.A. Aurofino, 12 – 84100 Salerno (SA) – C.F. 01645980580</w:t>
      </w:r>
    </w:p>
    <w:p>
      <w:pPr>
        <w:spacing w:after="200"/>
        <w:pBdr>
          <w:bottom w:val="single" w:sz="6" w:space="1" w:color="888888"/>
        </w:pBdr>
      </w:pPr>
    </w:p>
    <w:p>
      <w:pPr>
        <w:spacing w:before="120" w:after="240"/>
        <w:jc w:val="center"/>
      </w:pPr>
      <w:r>
        <w:rPr>
          <w:b/>
          <w:sz w:val="28"/>
        </w:rPr>
        <w:t>COMUNICAZIONE DI APERTURA SEDE TERRITORIALE</w:t>
      </w:r>
    </w:p>
    <w:p>
      <w:pPr>
        <w:spacing w:after="240"/>
        <w:jc w:val="center"/>
      </w:pPr>
      <w:r>
        <w:rPr>
          <w:b/>
          <w:i/>
          <w:sz w:val="21"/>
        </w:rPr>
        <w:t>e richiesta di autorizzazione all'uso della denominazione e del logo (art. 8 e art. 14 Statuto Nazionale)</w:t>
      </w:r>
    </w:p>
    <w:p>
      <w:pPr>
        <w:spacing w:after="20"/>
        <w:jc w:val="left"/>
      </w:pPr>
      <w:r>
        <w:rPr>
          <w:b w:val="0"/>
          <w:sz w:val="22"/>
        </w:rPr>
        <w:t>Alla Presidenza Nazionale</w:t>
      </w:r>
    </w:p>
    <w:p>
      <w:pPr>
        <w:spacing w:after="20"/>
        <w:jc w:val="left"/>
      </w:pPr>
      <w:r>
        <w:rPr>
          <w:b w:val="0"/>
          <w:sz w:val="22"/>
        </w:rPr>
        <w:t>ONMIC – Opera Nazionale Mutilati Invalidi Civili</w:t>
      </w:r>
    </w:p>
    <w:p>
      <w:pPr>
        <w:spacing w:after="20"/>
        <w:jc w:val="left"/>
      </w:pPr>
      <w:r>
        <w:rPr>
          <w:b w:val="0"/>
          <w:sz w:val="22"/>
        </w:rPr>
        <w:t>Via G.A. Aurofino, 12 – 84100 Salerno (SA)</w:t>
      </w:r>
    </w:p>
    <w:p>
      <w:pPr>
        <w:spacing w:after="160"/>
        <w:jc w:val="left"/>
      </w:pPr>
      <w:r>
        <w:rPr>
          <w:b w:val="0"/>
          <w:sz w:val="22"/>
        </w:rPr>
        <w:t>PEC: [inserire PEC nazionale ONMIC]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Oggetto: comunicazione di apertura della sede territoriale ONMIC di [COMUNE/PROVINCIA] e richiesta di autorizzazione all'uso della denominazione e del logo dell'Associazione.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Il/La sottoscritto/a [NOME E COGNOME], in qualità di [Delegato Territoriale / Responsabile di sede] per il territorio di [COMUNE/PROVINCIA/REGIONE], nominato con verbale dell'Organo di Amministrazione Nazionale n. [__] del [DATA],</w:t>
      </w:r>
    </w:p>
    <w:p>
      <w:pPr>
        <w:spacing w:after="160" w:line="276" w:lineRule="auto"/>
        <w:jc w:val="center"/>
      </w:pPr>
      <w:r>
        <w:rPr>
          <w:b/>
          <w:i w:val="0"/>
          <w:sz w:val="22"/>
        </w:rPr>
        <w:t>COMUNICA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che, in data [DATA], si è costituita la sede territoriale (Delegazione) denominata "ONMIC – Delegazione di [COMUNE/PROVINCIA]", con sede in [COMUNE], via [INDIRIZZO], come da verbale costitutivo allegato, e</w:t>
      </w:r>
    </w:p>
    <w:p>
      <w:pPr>
        <w:spacing w:after="160" w:line="276" w:lineRule="auto"/>
        <w:jc w:val="center"/>
      </w:pPr>
      <w:r>
        <w:rPr>
          <w:b/>
          <w:i w:val="0"/>
          <w:sz w:val="22"/>
        </w:rPr>
        <w:t>CHIEDE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alla Presidenza Nazionale di prendere atto di quanto sopra e di autorizzare, ai sensi dell'art. 8 dello Statuto Nazionale, l'uso della denominazione e del logo dell'Associazione da parte della sede territoriale, nei limiti e con le modalità stabilite dalla Presidenza Nazionale.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Si allegano alla presente: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Verbale costitutivo della sede territoriale, con elenco firme dei soci fondatori;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Verbale di nomina del Responsabile di sede;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Dichiarazione sostitutiva di idoneità e disponibilità dei locali;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Copia del contratto di comodato d'uso gratuito (o altro titolo di disponibilità dei locali);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Copia della richiesta/attribuzione del codice fiscale della sede, ove disponibile;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Recapiti della sede (indirizzo, telefono, e-mail, PEC).</w:t>
      </w:r>
    </w:p>
    <w:p>
      <w:pPr>
        <w:spacing w:after="120"/>
      </w:pPr>
    </w:p>
    <w:p>
      <w:pPr>
        <w:spacing w:after="160"/>
        <w:jc w:val="left"/>
      </w:pPr>
      <w:r>
        <w:rPr>
          <w:b w:val="0"/>
          <w:sz w:val="22"/>
        </w:rPr>
        <w:t>[LUOGO], [DATA]</w:t>
      </w:r>
    </w:p>
    <w:p>
      <w:pPr>
        <w:spacing w:after="12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r/>
          </w:p>
          <w:p>
            <w:pPr>
              <w:spacing w:before="480"/>
            </w:pPr>
          </w:p>
          <w:p>
            <w:pPr>
              <w:jc w:val="center"/>
            </w:pPr>
            <w:r>
              <w:rPr>
                <w:sz w:val="22"/>
              </w:rPr>
              <w:t>________________________________</w:t>
            </w:r>
          </w:p>
          <w:p>
            <w:pPr>
              <w:jc w:val="center"/>
            </w:pPr>
            <w:r>
              <w:rPr>
                <w:b/>
                <w:sz w:val="20"/>
              </w:rPr>
              <w:t>Il Delegato Territoriale/Responsabile di sede</w:t>
            </w:r>
          </w:p>
          <w:p>
            <w:pPr>
              <w:jc w:val="center"/>
            </w:pPr>
            <w:r>
              <w:rPr>
                <w:sz w:val="20"/>
              </w:rPr>
              <w:t>[NOME E COGNOME]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6"/>
      </w:rPr>
      <w:t xml:space="preserve">ONMIC APS Nazionale – Modello a uso interno — Pag. </w:t>
    </w:r>
    <w:r>
      <w:fldChar w:fldCharType="begin"/>
      <w:instrText xml:space="preserve">PAGE</w:instrText>
      <w:fldChar w:fldCharType="separate"/>
      <w:fldChar w:fldCharType="end"/>
    </w:r>
    <w:r>
      <w:rPr>
        <w:color w:val="777777"/>
        <w:sz w:val="16"/>
      </w:rPr>
      <w:t xml:space="preserve"> di </w:t>
    </w:r>
    <w:r>
      <w:fldChar w:fldCharType="begin"/>
      <w:instrText xml:space="preserve">NUMPAGES</w:instrText>
      <w:fldChar w:fldCharType="separate"/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