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24"/>
        </w:rPr>
        <w:t>ONMIC – OPERA NAZIONALE MUTILATI INVALIDI CIVILI</w:t>
      </w:r>
    </w:p>
    <w:p>
      <w:pPr>
        <w:spacing w:after="0"/>
        <w:jc w:val="center"/>
      </w:pPr>
      <w:r>
        <w:rPr>
          <w:i/>
          <w:sz w:val="20"/>
        </w:rPr>
        <w:t>Associazione di Promozione Sociale (APS) – Ente del Terzo Settore</w:t>
      </w:r>
    </w:p>
    <w:p>
      <w:pPr>
        <w:spacing w:after="120"/>
        <w:jc w:val="center"/>
      </w:pPr>
      <w:r>
        <w:rPr>
          <w:sz w:val="18"/>
        </w:rPr>
        <w:t>Sede Legale: Via G.A. Aurofino, 12 – 84100 Salerno (SA) – C.F. 01645980580</w:t>
      </w:r>
    </w:p>
    <w:p>
      <w:pPr>
        <w:spacing w:after="200"/>
        <w:pBdr>
          <w:bottom w:val="single" w:sz="6" w:space="1" w:color="888888"/>
        </w:pBdr>
      </w:pPr>
    </w:p>
    <w:p>
      <w:pPr>
        <w:spacing w:before="120" w:after="240"/>
        <w:jc w:val="center"/>
      </w:pPr>
      <w:r>
        <w:rPr>
          <w:b/>
          <w:sz w:val="28"/>
        </w:rPr>
        <w:t>DICHIARAZIONE SOSTITUTIVA DI ATTO DI NOTORIETÀ</w:t>
      </w:r>
    </w:p>
    <w:p>
      <w:pPr>
        <w:spacing w:after="240"/>
        <w:jc w:val="center"/>
      </w:pPr>
      <w:r>
        <w:rPr>
          <w:b/>
          <w:i/>
          <w:sz w:val="21"/>
        </w:rPr>
        <w:t>Disponibilità e idoneità dei locali adibiti a sede associativa (artt. 46-47 D.P.R. 445/2000)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Il/La sottoscritto/a [NOME E COGNOME], nato/a a [LUOGO] il [DATA], residente in [INDIRIZZO], codice fiscale [__________], nella qualità di [Responsabile della sede territoriale / Presidente / legale rappresentante] di ONMIC – [Delegazione di [COMUNE/PROVINCIA] / Sede Nazionale],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consapevole delle sanzioni penali previste dall'art. 76 del D.P.R. 28 dicembre 2000, n. 445, per le ipotesi di falsità in atti e dichiarazioni mendaci, e consapevole che la dichiarazione mendace comporta, altresì, la decadenza dai benefici eventualmente conseguiti, ai sensi dell'art. 75 del medesimo D.P.R.,</w:t>
      </w:r>
    </w:p>
    <w:p>
      <w:pPr>
        <w:spacing w:after="160" w:line="276" w:lineRule="auto"/>
        <w:jc w:val="both"/>
      </w:pPr>
      <w:r>
        <w:rPr>
          <w:b/>
          <w:i w:val="0"/>
          <w:sz w:val="22"/>
        </w:rPr>
        <w:t>DICHIARA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che l'Associazione ha la piena e legittima disponibilità, in forza di [contratto di comodato d'uso gratuito stipulato in data [DATA] con [NOME COMODANTE] / contratto di locazione / titolo di proprietà], dei locali siti in [COMUNE], via [INDIRIZZO], censiti al Catasto Fabbricati al Foglio [__], Particella [__], Sub [__];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che tali locali sono idonei, per condizioni strutturali, igienico-sanitarie e di sicurezza, ad essere adibiti a sede [legale/secondaria/operativa] dell'Associazione e allo svolgimento delle attività istituzionali e di interesse generale previste dallo Statuto Nazionale;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che i locali sono conformi alla normativa urbanistico-edilizia e, ove richiesto per la specifica attività ivi svolta, alla normativa in materia di prevenzione incendi, sicurezza e accessibilità;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che tali locali saranno adibiti a sede dell'Associazione ai fini di ogni comunicazione e adempimento dovuto, ivi compresa l'iscrizione/comunicazione al Registro Unico Nazionale del Terzo Settore (RUNTS);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di impegnarsi a comunicare tempestivamente alla Presidenza Nazionale e agli uffici competenti ogni successiva variazione relativa alla disponibilità o all'idoneità dei locali.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Il/La sottoscritto/a dichiara, infine, di essere informato/a, ai sensi del Regolamento (UE) 2016/679, che i dati personali raccolti saranno trattati esclusivamente nell'ambito del procedimento per il quale la presente dichiarazione viene resa.</w:t>
      </w:r>
    </w:p>
    <w:p>
      <w:pPr>
        <w:spacing w:after="120"/>
      </w:pPr>
    </w:p>
    <w:p>
      <w:pPr>
        <w:spacing w:after="160"/>
        <w:jc w:val="left"/>
      </w:pPr>
      <w:r>
        <w:rPr>
          <w:b w:val="0"/>
          <w:sz w:val="22"/>
        </w:rPr>
        <w:t>[LUOGO], [DATA]</w:t>
      </w:r>
    </w:p>
    <w:p>
      <w:pPr>
        <w:spacing w:after="12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r/>
          </w:p>
          <w:p>
            <w:pPr>
              <w:spacing w:before="480"/>
            </w:pPr>
          </w:p>
          <w:p>
            <w:pPr>
              <w:jc w:val="center"/>
            </w:pPr>
            <w:r>
              <w:rPr>
                <w:sz w:val="22"/>
              </w:rPr>
              <w:t>________________________________</w:t>
            </w:r>
          </w:p>
          <w:p>
            <w:pPr>
              <w:jc w:val="center"/>
            </w:pPr>
            <w:r>
              <w:rPr>
                <w:b/>
                <w:sz w:val="20"/>
              </w:rPr>
              <w:t>Il/La dichiarante</w:t>
            </w:r>
          </w:p>
          <w:p>
            <w:pPr>
              <w:jc w:val="center"/>
            </w:pPr>
            <w:r>
              <w:rPr>
                <w:sz w:val="20"/>
              </w:rPr>
              <w:t>[NOME E COGNOME]</w:t>
            </w:r>
          </w:p>
        </w:tc>
      </w:tr>
    </w:tbl>
    <w:p>
      <w:pPr>
        <w:spacing w:after="120"/>
      </w:pPr>
    </w:p>
    <w:p>
      <w:pPr>
        <w:spacing w:after="100"/>
        <w:ind w:left="340"/>
      </w:pPr>
      <w:r>
        <w:rPr>
          <w:i/>
          <w:sz w:val="20"/>
        </w:rPr>
        <w:t>Ai sensi dell'art. 38 D.P.R. 445/2000, la dichiarazione è sottoscritta in presenza del dipendente addetto ovvero sottoscritta e presentata, anche per via telematica, unitamente a copia fotostatica non autenticata di un documento di identità del dichiarante in corso di validità.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6"/>
      </w:rPr>
      <w:t xml:space="preserve">ONMIC APS Nazionale – Modello a uso interno — Pag. </w:t>
    </w:r>
    <w:r>
      <w:fldChar w:fldCharType="begin"/>
      <w:instrText xml:space="preserve">PAGE</w:instrText>
      <w:fldChar w:fldCharType="separate"/>
      <w:fldChar w:fldCharType="end"/>
    </w:r>
    <w:r>
      <w:rPr>
        <w:color w:val="777777"/>
        <w:sz w:val="16"/>
      </w:rPr>
      <w:t xml:space="preserve"> di </w:t>
    </w:r>
    <w:r>
      <w:fldChar w:fldCharType="begin"/>
      <w:instrText xml:space="preserve">NUMPAGES</w:instrText>
      <w:fldChar w:fldCharType="separate"/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