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VERBALE DI AUTORIZZAZIONE ALLA STIPULA DEL CONTRATTO DI COMODATO D'USO GRATUITO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L'anno [____], il giorno [__] del mese di [__], alle ore [____], in [COMUNE], si riunisce [l'Organo di Amministrazione Nazionale / l'organo direttivo della sede territoriale ONMIC di [COMUNE/PROVINCIA]] per discutere e deliberare sul seguente ordine del giorno: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Autorizzazione alla stipula del contratto di comodato d'uso gratuito dell'immobile sito in [COMUNE], via [INDIRIZZO], da destinare a sede [legale/secondaria/operativa] dell'Associazione.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Risultano presenti: [ELENCO PRESENTI].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Presiede [NOME E COGNOME]; verbalizza [NOME E COGNOME].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Presidente informa i presenti che il sig./la sig.ra [NOME COMODANTE] si è reso/a disponibile a concedere in comodato d'uso gratuito, ai sensi degli artt. 1803 e seguenti del Codice Civile, l'immobile sito in [COMUNE], via [INDIRIZZO], idoneo a essere destinato a sede dell'Associazione, secondo lo schema di contratto sottoposto ai presenti e allegato al presente verbale.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Dopo breve discussione, i presenti approvano e deliberano all'unanimità: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autorizzare la stipula del contratto di comodato d'uso gratuito dell'immobile sito in [COMUNE], via [INDIRIZZO], secondo lo schema allegato al presente verbale, con il/la sig./sig.ra [NOME COMODANTE];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conferire mandato al [Presidente Nazionale / Responsabile di sede] [NOME E COGNOME], quale legale rappresentante pro tempore, per la sottoscrizione del contratto e per il compimento di ogni atto conseguente e necessario, ivi compresa l'eventuale registrazione del contratto e la comunicazione della sede al Registro Unico Nazionale del Terzo Settore (RUNTS) e agli altri enti pubblici competenti;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dare mandato affinché copia del contratto sottoscritto sia conservata agli atti della sede, unitamente alla documentazione catastale e di idoneità dei locali.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Esauriti i punti all'ordine del giorno, la seduta è dichiarata chiusa alle ore [____], previa lettura, approvazione e sottoscrizione del presente verbale.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Presidente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Segretario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