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VERBALE DI NOMINA DEL RESPONSABILE DI SEDE TERRITORIALE</w:t>
      </w:r>
    </w:p>
    <w:p>
      <w:pPr>
        <w:spacing w:after="240"/>
        <w:jc w:val="center"/>
      </w:pPr>
      <w:r>
        <w:rPr>
          <w:b/>
          <w:i/>
          <w:sz w:val="21"/>
        </w:rPr>
        <w:t>ONMIC – Delegazione di [COMUNE/PROVINCIA]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L'anno [____], il giorno [__] del mese di [__], in [COMUNE], si riuniscono i soci della sede territoriale ONMIC di [COMUNE/PROVINCIA] per deliberare in merito alla nomina del Responsabile di sede.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Presiede il Delegato Territoriale/Presidente della sede [NOME E COGNOME]; verbalizza [NOME E COGNOME].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Presidente propone ai presenti la nomina, quale Responsabile della sede territoriale, del socio [NOME E COGNOME], nato/a a [LUOGO] il [DATA], residente in [INDIRIZZO], codice fiscale [CODICE FISCALE].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 presenti, dopo breve discussione, approvano e deliberano all'unanimità: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nominare Responsabile della sede territoriale ONMIC di [COMUNE/PROVINCIA] il socio [NOME E COGNOME], con durata dell'incarico di anni [__] e comunque fino a revoca o dimissioni;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attribuire al Responsabile di sede i poteri di ordinaria gestione della sede territoriale, ivi compresi: la tenuta del registro degli associati locali e dei libri sociali della sede; la gestione amministrativa e contabile della sede, nei limiti dell'autonomia riconosciuta dall'art. 14 dello Statuto Nazionale; la sottoscrizione della corrispondenza e degli atti di ordinaria amministrazione della sede; i rapporti con gli enti pubblici e privati sul territorio di competenza; le comunicazioni annuali dovute alla Presidenza Nazionale;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di dare atto che restano riservati alla Presidenza Nazionale gli atti e le deliberazioni per i quali lo Statuto Nazionale prevede la competenza esclusiva degli organi nazionali.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Responsabile di sede, presente in sede di seduta, dichiara di accettare l'incarico conferitogli e di impegnarsi a svolgerlo nel rispetto dello Statuto Nazionale e delle direttive della Presidenza Nazionale.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Esauriti i punti all'ordine del giorno, la seduta è dichiarata chiusa alle ore [____].</w:t>
      </w:r>
    </w:p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 Presidente</w:t>
            </w:r>
          </w:p>
          <w:p>
            <w:pPr>
              <w:jc w:val="center"/>
            </w:pPr>
            <w:r>
              <w:rPr>
                <w:sz w:val="20"/>
              </w:rPr>
              <w:t>[NOME E COGNOME]</w:t>
            </w:r>
          </w:p>
        </w:tc>
        <w:tc>
          <w:tcPr>
            <w:tcW w:type="dxa" w:w="470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 Responsabile di sede (per accettazione)</w:t>
            </w:r>
          </w:p>
          <w:p>
            <w:pPr>
              <w:jc w:val="center"/>
            </w:pPr>
            <w:r>
              <w:rPr>
                <w:sz w:val="20"/>
              </w:rPr>
              <w:t>[NOME E COGNOME]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