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sz w:val="24"/>
        </w:rPr>
        <w:t>ONMIC – OPERA NAZIONALE MUTILATI INVALIDI CIVILI</w:t>
      </w:r>
    </w:p>
    <w:p>
      <w:pPr>
        <w:spacing w:after="0"/>
        <w:jc w:val="center"/>
      </w:pPr>
      <w:r>
        <w:rPr>
          <w:i/>
          <w:sz w:val="20"/>
        </w:rPr>
        <w:t>Associazione di Promozione Sociale (APS) – Ente del Terzo Settore</w:t>
      </w:r>
    </w:p>
    <w:p>
      <w:pPr>
        <w:spacing w:after="120"/>
        <w:jc w:val="center"/>
      </w:pPr>
      <w:r>
        <w:rPr>
          <w:sz w:val="18"/>
        </w:rPr>
        <w:t>Sede Legale: Via G.A. Aurofino, 12 – 84100 Salerno (SA) – C.F. 01645980580</w:t>
      </w:r>
    </w:p>
    <w:p>
      <w:pPr>
        <w:spacing w:after="200"/>
        <w:pBdr>
          <w:bottom w:val="single" w:sz="6" w:space="1" w:color="888888"/>
        </w:pBdr>
      </w:pPr>
    </w:p>
    <w:p>
      <w:pPr>
        <w:spacing w:before="120" w:after="240"/>
        <w:jc w:val="center"/>
      </w:pPr>
      <w:r>
        <w:rPr>
          <w:b/>
          <w:sz w:val="28"/>
        </w:rPr>
        <w:t>VERBALE DI COSTITUZIONE DELLA SEDE TERRITORIALE (DELEGAZIONE)</w:t>
      </w:r>
    </w:p>
    <w:p>
      <w:pPr>
        <w:spacing w:after="240"/>
        <w:jc w:val="center"/>
      </w:pPr>
      <w:r>
        <w:rPr>
          <w:b/>
          <w:i/>
          <w:sz w:val="21"/>
        </w:rPr>
        <w:t>ONMIC – Opera Nazionale Mutilati Invalidi Civili — art. 14 dello Statuto Nazionale</w:t>
      </w:r>
    </w:p>
    <w:p>
      <w:pPr>
        <w:spacing w:after="160" w:line="276" w:lineRule="auto"/>
        <w:jc w:val="both"/>
      </w:pPr>
      <w:r>
        <w:rPr>
          <w:b w:val="0"/>
          <w:i w:val="0"/>
          <w:sz w:val="22"/>
        </w:rPr>
        <w:t>L'anno [____], il giorno [__] del mese di [__], alle ore [____], in [COMUNE], via [INDIRIZZO], si sono riuniti i soci sottoindicati (il cui elenco, con dati anagrafici e firme, è allegato al presente verbale quale parte integrante e sostanziale — Allegato "Elenco firme"), su convocazione del Delegato Territoriale [NOME E COGNOME], nominato con verbale dell'Organo di Amministrazione Nazionale n. [__] del [DATA], per deliberare sul seguente ordine del giorno:</w:t>
      </w:r>
    </w:p>
    <w:p>
      <w:pPr>
        <w:pStyle w:val="ListBullet"/>
        <w:spacing w:after="100" w:line="264" w:lineRule="auto"/>
      </w:pPr>
      <w:r>
        <w:rPr>
          <w:rFonts w:ascii="Calibri" w:hAnsi="Calibri"/>
          <w:sz w:val="22"/>
        </w:rPr>
        <w:t>Costituzione della sede territoriale (Delegazione) ONMIC di [COMUNE/PROVINCIA]; nomina del Responsabile di sede; adempimenti conseguenti.</w:t>
      </w:r>
    </w:p>
    <w:p>
      <w:pPr>
        <w:spacing w:after="160" w:line="276" w:lineRule="auto"/>
        <w:jc w:val="both"/>
      </w:pPr>
      <w:r>
        <w:rPr>
          <w:b w:val="0"/>
          <w:i w:val="0"/>
          <w:sz w:val="22"/>
        </w:rPr>
        <w:t>Assume la presidenza della riunione il Delegato Territoriale [NOME E COGNOME], che chiama a fungere da segretario/a il socio [NOME E COGNOME].</w:t>
      </w:r>
    </w:p>
    <w:p>
      <w:pPr>
        <w:spacing w:after="160" w:line="276" w:lineRule="auto"/>
        <w:jc w:val="both"/>
      </w:pPr>
      <w:r>
        <w:rPr>
          <w:b w:val="0"/>
          <w:i w:val="0"/>
          <w:sz w:val="22"/>
        </w:rPr>
        <w:t>Il Presidente della riunione, constatata la regolarità della convocazione e la presenza del numero di soci fondatori necessario, dichiara valida la seduta e apre la discussione.</w:t>
      </w:r>
    </w:p>
    <w:p>
      <w:pPr>
        <w:spacing w:after="160" w:line="276" w:lineRule="auto"/>
        <w:jc w:val="both"/>
      </w:pPr>
      <w:r>
        <w:rPr>
          <w:b w:val="0"/>
          <w:i w:val="0"/>
          <w:sz w:val="22"/>
        </w:rPr>
        <w:t>Il Presidente rammenta che, ai sensi dell'art. 14 dello Statuto Nazionale, il Delegato Territoriale può costituire, sul territorio di propria competenza, una sede distaccata dell'Associazione, la quale conserva piena autonomia statutaria, giuridica, amministrativa e patrimoniale, e la cui costituzione è subordinata all'apertura di un codice fiscale identificativo.</w:t>
      </w:r>
    </w:p>
    <w:p>
      <w:pPr>
        <w:spacing w:after="160" w:line="276" w:lineRule="auto"/>
        <w:jc w:val="both"/>
      </w:pPr>
      <w:r>
        <w:rPr>
          <w:b w:val="0"/>
          <w:i w:val="0"/>
          <w:sz w:val="22"/>
        </w:rPr>
        <w:t>Il Presidente dà atto che la Presidenza Nazionale, con nota/verbale del [DATA], ha espresso il proprio assenso alla costituzione della sede territoriale di cui trattasi.</w:t>
      </w:r>
    </w:p>
    <w:p>
      <w:pPr>
        <w:spacing w:after="160" w:line="276" w:lineRule="auto"/>
        <w:jc w:val="both"/>
      </w:pPr>
      <w:r>
        <w:rPr>
          <w:b w:val="0"/>
          <w:i w:val="0"/>
          <w:sz w:val="22"/>
        </w:rPr>
        <w:t>Dopo ampia ed esauriente discussione, i presenti deliberano all'unanimità quanto segue:</w:t>
      </w:r>
    </w:p>
    <w:p>
      <w:pPr>
        <w:pStyle w:val="ListBullet"/>
        <w:spacing w:after="100" w:line="264" w:lineRule="auto"/>
      </w:pPr>
      <w:r>
        <w:rPr>
          <w:rFonts w:ascii="Calibri" w:hAnsi="Calibri"/>
          <w:sz w:val="22"/>
        </w:rPr>
        <w:t>di costituire, ai sensi dell'art. 14 dello Statuto Nazionale, la sede territoriale (Delegazione) denominata "ONMIC – Delegazione di [COMUNE/PROVINCIA]", con sede in [COMUNE], via [INDIRIZZO], presso i locali nella disponibilità dell'Associazione in forza di [contratto di comodato d'uso gratuito / titolo di locazione / altro titolo] in data [DATA];</w:t>
      </w:r>
    </w:p>
    <w:p>
      <w:pPr>
        <w:pStyle w:val="ListBullet"/>
        <w:spacing w:after="100" w:line="264" w:lineRule="auto"/>
      </w:pPr>
      <w:r>
        <w:rPr>
          <w:rFonts w:ascii="Calibri" w:hAnsi="Calibri"/>
          <w:sz w:val="22"/>
        </w:rPr>
        <w:t>di dare mandato al Responsabile di sede per richiedere all'Agenzia delle Entrate l'attribuzione di un codice fiscale identificativo della sede territoriale, come previsto dall'art. 14 dello Statuto Nazionale;</w:t>
      </w:r>
    </w:p>
    <w:p>
      <w:pPr>
        <w:pStyle w:val="ListBullet"/>
        <w:spacing w:after="100" w:line="264" w:lineRule="auto"/>
      </w:pPr>
      <w:r>
        <w:rPr>
          <w:rFonts w:ascii="Calibri" w:hAnsi="Calibri"/>
          <w:sz w:val="22"/>
        </w:rPr>
        <w:t>di nominare Responsabile della sede territoriale il socio [NOME E COGNOME], come da separato verbale allegato;</w:t>
      </w:r>
    </w:p>
    <w:p>
      <w:pPr>
        <w:pStyle w:val="ListBullet"/>
        <w:spacing w:after="100" w:line="264" w:lineRule="auto"/>
      </w:pPr>
      <w:r>
        <w:rPr>
          <w:rFonts w:ascii="Calibri" w:hAnsi="Calibri"/>
          <w:sz w:val="22"/>
        </w:rPr>
        <w:t>di dare atto che la sede territoriale opera in piena autonomia statutaria, giuridica, amministrativa e patrimoniale rispetto alla Sede Nazionale, rispondendo in via diretta, autonoma ed esclusiva degli obblighi e degli impegni assunti nei confronti di terzi, pubblici o privati, associati o beneficiari dei servizi, ai sensi dell'art. 14, lett. b, dello Statuto Nazionale;</w:t>
      </w:r>
    </w:p>
    <w:p>
      <w:pPr>
        <w:pStyle w:val="ListBullet"/>
        <w:spacing w:after="100" w:line="264" w:lineRule="auto"/>
      </w:pPr>
      <w:r>
        <w:rPr>
          <w:rFonts w:ascii="Calibri" w:hAnsi="Calibri"/>
          <w:sz w:val="22"/>
        </w:rPr>
        <w:t>di dare mandato al Responsabile di sede affinché i bilanci, le rendicontazioni, le relazioni e tutti gli atti giustificativi di spesa siano conservati presso la sede territoriale, come previsto dall'art. 14, lett. b, dello Statuto Nazionale;</w:t>
      </w:r>
    </w:p>
    <w:p>
      <w:pPr>
        <w:pStyle w:val="ListBullet"/>
        <w:spacing w:after="100" w:line="264" w:lineRule="auto"/>
      </w:pPr>
      <w:r>
        <w:rPr>
          <w:rFonts w:ascii="Calibri" w:hAnsi="Calibri"/>
          <w:sz w:val="22"/>
        </w:rPr>
        <w:t>di dare mandato al Responsabile di sede affinché sia inoltrato annualmente alla Presidenza Nazionale l'elenco degli associati e delle attività svolte sul territorio di appartenenza, come previsto dallo Statuto Nazionale;</w:t>
      </w:r>
    </w:p>
    <w:p>
      <w:pPr>
        <w:pStyle w:val="ListBullet"/>
        <w:spacing w:after="100" w:line="264" w:lineRule="auto"/>
      </w:pPr>
      <w:r>
        <w:rPr>
          <w:rFonts w:ascii="Calibri" w:hAnsi="Calibri"/>
          <w:sz w:val="22"/>
        </w:rPr>
        <w:t>di dare mandato al Responsabile di sede per l'espletamento di tutti gli adempimenti necessari all'apertura della sede, ivi compresa la sottoscrizione dei relativi contratti (comodato/locazione) e le comunicazioni dovute al Registro Unico Nazionale del Terzo Settore (RUNTS) e agli altri enti pubblici competenti.</w:t>
      </w:r>
    </w:p>
    <w:p>
      <w:pPr>
        <w:spacing w:after="160" w:line="276" w:lineRule="auto"/>
        <w:jc w:val="both"/>
      </w:pPr>
      <w:r>
        <w:rPr>
          <w:b w:val="0"/>
          <w:i w:val="0"/>
          <w:sz w:val="22"/>
        </w:rPr>
        <w:t>Il Presidente della riunione, esauriti i punti all'ordine del giorno, dichiara chiusa la seduta alle ore [____], previa lettura, approvazione e sottoscrizione del presente verbale e del foglio firme allegato.</w:t>
      </w:r>
    </w:p>
    <w:p>
      <w:pPr>
        <w:spacing w:after="120"/>
      </w:pPr>
    </w:p>
    <w:tbl>
      <w:tblPr>
        <w:tblW w:type="auto" w:w="0"/>
        <w:jc w:val="center"/>
        <w:tblLayout w:type="autofit"/>
        <w:tblLook w:firstColumn="1" w:firstRow="1" w:lastColumn="0" w:lastRow="0" w:noHBand="0" w:noVBand="1" w:val="04A0"/>
      </w:tblPr>
      <w:tblGrid>
        <w:gridCol w:w="4706"/>
        <w:gridCol w:w="4706"/>
      </w:tblGrid>
      <w:tr>
        <w:tc>
          <w:tcPr>
            <w:tcW w:type="dxa" w:w="4706"/>
            <w:tcBorders>
              <w:top w:val="nil"/>
              <w:left w:val="nil"/>
              <w:bottom w:val="nil"/>
              <w:right w:val="nil"/>
            </w:tcBorders>
            <w:vAlign w:val="top"/>
          </w:tcPr>
          <w:p>
            <w:r/>
          </w:p>
          <w:p>
            <w:pPr>
              <w:spacing w:before="480"/>
            </w:pPr>
          </w:p>
          <w:p>
            <w:pPr>
              <w:jc w:val="center"/>
            </w:pPr>
            <w:r>
              <w:rPr>
                <w:sz w:val="22"/>
              </w:rPr>
              <w:t>________________________________</w:t>
            </w:r>
          </w:p>
          <w:p>
            <w:pPr>
              <w:jc w:val="center"/>
            </w:pPr>
            <w:r>
              <w:rPr>
                <w:b/>
                <w:sz w:val="20"/>
              </w:rPr>
              <w:t>Il Presidente della riunione</w:t>
            </w:r>
          </w:p>
          <w:p>
            <w:pPr>
              <w:jc w:val="center"/>
            </w:pPr>
            <w:r>
              <w:rPr>
                <w:sz w:val="20"/>
              </w:rPr>
              <w:t>[NOME E COGNOME]</w:t>
            </w:r>
          </w:p>
        </w:tc>
        <w:tc>
          <w:tcPr>
            <w:tcW w:type="dxa" w:w="4706"/>
            <w:tcBorders>
              <w:top w:val="nil"/>
              <w:left w:val="nil"/>
              <w:bottom w:val="nil"/>
              <w:right w:val="nil"/>
            </w:tcBorders>
            <w:vAlign w:val="top"/>
          </w:tcPr>
          <w:p>
            <w:r/>
          </w:p>
          <w:p>
            <w:pPr>
              <w:spacing w:before="480"/>
            </w:pPr>
          </w:p>
          <w:p>
            <w:pPr>
              <w:jc w:val="center"/>
            </w:pPr>
            <w:r>
              <w:rPr>
                <w:sz w:val="22"/>
              </w:rPr>
              <w:t>________________________________</w:t>
            </w:r>
          </w:p>
          <w:p>
            <w:pPr>
              <w:jc w:val="center"/>
            </w:pPr>
            <w:r>
              <w:rPr>
                <w:b/>
                <w:sz w:val="20"/>
              </w:rPr>
              <w:t>Il Segretario</w:t>
            </w:r>
          </w:p>
          <w:p>
            <w:pPr>
              <w:jc w:val="center"/>
            </w:pPr>
            <w:r>
              <w:rPr>
                <w:sz w:val="20"/>
              </w:rPr>
              <w:t>[NOME E COGNOME]</w:t>
            </w:r>
          </w:p>
        </w:tc>
      </w:tr>
    </w:tbl>
    <w:p>
      <w:pPr>
        <w:spacing w:after="120"/>
      </w:pPr>
    </w:p>
    <w:p>
      <w:pPr>
        <w:spacing w:after="100"/>
        <w:ind w:left="340"/>
      </w:pPr>
      <w:r>
        <w:rPr>
          <w:i/>
          <w:sz w:val="20"/>
        </w:rPr>
        <w:t>Allegato: Elenco firme dei soci fondatori presenti (modello "10 - Allegato elenco firme").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 xml:space="preserve">ONMIC APS Nazionale – Modello a uso interno — Pag. </w:t>
    </w:r>
    <w:r>
      <w:fldChar w:fldCharType="begin"/>
      <w:instrText xml:space="preserve">PAGE</w:instrText>
      <w:fldChar w:fldCharType="separate"/>
      <w:fldChar w:fldCharType="end"/>
    </w:r>
    <w:r>
      <w:rPr>
        <w:color w:val="777777"/>
        <w:sz w:val="16"/>
      </w:rPr>
      <w:t xml:space="preserve"> di </w:t>
    </w:r>
    <w: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