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sz w:val="24"/>
        </w:rPr>
        <w:t>ONMIC – OPERA NAZIONALE MUTILATI INVALIDI CIVILI</w:t>
      </w:r>
    </w:p>
    <w:p>
      <w:pPr>
        <w:spacing w:after="0"/>
        <w:jc w:val="center"/>
      </w:pPr>
      <w:r>
        <w:rPr>
          <w:i/>
          <w:sz w:val="20"/>
        </w:rPr>
        <w:t>Associazione di Promozione Sociale (APS) – Ente del Terzo Settore</w:t>
      </w:r>
    </w:p>
    <w:p>
      <w:pPr>
        <w:spacing w:after="120"/>
        <w:jc w:val="center"/>
      </w:pPr>
      <w:r>
        <w:rPr>
          <w:sz w:val="18"/>
        </w:rPr>
        <w:t>Sede Legale: Via G.A. Aurofino, 12 – 84100 Salerno (SA) – C.F. 01645980580</w:t>
      </w:r>
    </w:p>
    <w:p>
      <w:pPr>
        <w:spacing w:after="200"/>
        <w:pBdr>
          <w:bottom w:val="single" w:sz="6" w:space="1" w:color="888888"/>
        </w:pBdr>
      </w:pPr>
    </w:p>
    <w:p>
      <w:pPr>
        <w:spacing w:before="120" w:after="240"/>
        <w:jc w:val="center"/>
      </w:pPr>
      <w:r>
        <w:rPr>
          <w:b/>
          <w:sz w:val="28"/>
        </w:rPr>
        <w:t>VERBALE DELL'ORGANO DI AMMINISTRAZIONE NAZIONALE</w:t>
      </w:r>
    </w:p>
    <w:p>
      <w:pPr>
        <w:spacing w:after="240"/>
        <w:jc w:val="center"/>
      </w:pPr>
      <w:r>
        <w:rPr>
          <w:b/>
          <w:i/>
          <w:sz w:val="21"/>
        </w:rPr>
        <w:t>Conferimento incarico di Delegato Territoriale (art. 14, lett. a, Statuto Nazionale)</w:t>
      </w:r>
    </w:p>
    <w:p>
      <w:pPr>
        <w:spacing w:after="160" w:line="276" w:lineRule="auto"/>
        <w:jc w:val="both"/>
      </w:pPr>
      <w:r>
        <w:rPr>
          <w:b/>
          <w:i w:val="0"/>
          <w:sz w:val="22"/>
        </w:rPr>
        <w:t>Verbale n. [__] / [ANNO]</w:t>
      </w:r>
    </w:p>
    <w:p>
      <w:pPr>
        <w:spacing w:after="160" w:line="276" w:lineRule="auto"/>
        <w:jc w:val="both"/>
      </w:pPr>
      <w:r>
        <w:rPr>
          <w:b w:val="0"/>
          <w:i w:val="0"/>
          <w:sz w:val="22"/>
        </w:rPr>
        <w:t>Il giorno [__] del mese di [__] dell'anno [____], alle ore [____], presso la sede legale di ONMIC – Opera Nazionale Mutilati Invalidi Civili, sita in Salerno alla Via G.A. Aurofino n. 12 [oppure in videoconferenza], si è riunito l'Organo di Amministrazione Nazionale, come da regolare convocazione, per discutere e deliberare sul seguente ordine del giorno:</w:t>
      </w:r>
    </w:p>
    <w:p>
      <w:pPr>
        <w:pStyle w:val="ListBullet"/>
        <w:spacing w:after="100" w:line="264" w:lineRule="auto"/>
      </w:pPr>
      <w:r>
        <w:rPr>
          <w:rFonts w:ascii="Calibri" w:hAnsi="Calibri"/>
          <w:sz w:val="22"/>
        </w:rPr>
        <w:t>Esame della domanda di conferimento dell'incarico di Delegato Territoriale presentata dal socio [NOME E COGNOME] per il territorio di [COMUNE/PROVINCIA/REGIONE] e conseguenti deliberazioni.</w:t>
      </w:r>
    </w:p>
    <w:p>
      <w:pPr>
        <w:spacing w:after="160" w:line="276" w:lineRule="auto"/>
        <w:jc w:val="both"/>
      </w:pPr>
      <w:r>
        <w:rPr>
          <w:b w:val="0"/>
          <w:i w:val="0"/>
          <w:sz w:val="22"/>
        </w:rPr>
        <w:t>Risultano presenti i componenti dell'Organo di Amministrazione Nazionale: [ELENCO PRESENTI].</w:t>
      </w:r>
    </w:p>
    <w:p>
      <w:pPr>
        <w:spacing w:after="160" w:line="276" w:lineRule="auto"/>
        <w:jc w:val="both"/>
      </w:pPr>
      <w:r>
        <w:rPr>
          <w:b w:val="0"/>
          <w:i w:val="0"/>
          <w:sz w:val="22"/>
        </w:rPr>
        <w:t>La seduta è presieduta dal Presidente Nazionale [NOME PRESIDENTE]; funge da segretario/a [NOME SEGRETARIO/A].</w:t>
      </w:r>
    </w:p>
    <w:p>
      <w:pPr>
        <w:spacing w:after="160" w:line="276" w:lineRule="auto"/>
        <w:jc w:val="both"/>
      </w:pPr>
      <w:r>
        <w:rPr>
          <w:b w:val="0"/>
          <w:i w:val="0"/>
          <w:sz w:val="22"/>
        </w:rPr>
        <w:t>Il Presidente, constatata la validità della seduta, illustra ai presenti la domanda presentata in data [DATA DOMANDA] dal socio [NOME E COGNOME], con la quale lo stesso chiede il conferimento dell'incarico di Delegato Territoriale ai sensi dell'art. 14, lett. a, dello Statuto Nazionale, per l'ambito territoriale di [COMUNE/PROVINCIA/REGIONE].</w:t>
      </w:r>
    </w:p>
    <w:p>
      <w:pPr>
        <w:spacing w:after="160" w:line="276" w:lineRule="auto"/>
        <w:jc w:val="both"/>
      </w:pPr>
      <w:r>
        <w:rPr>
          <w:b w:val="0"/>
          <w:i w:val="0"/>
          <w:sz w:val="22"/>
        </w:rPr>
        <w:t>Il Presidente ricorda ai presenti che l'incarico di Delegato Territoriale è, ai sensi dello Statuto Nazionale, un incarico onorifico conferito dalla Presidenza Nazionale, con il compito di rappresentare presso le istituzioni pubbliche e private gli interessi dell'Associazione e di promuovere, nell'ambito del territorio di riferimento, tutte le iniziative necessarie per la diffusione degli intenti istitutivi e fondanti dell'ONMIC.</w:t>
      </w:r>
    </w:p>
    <w:p>
      <w:pPr>
        <w:spacing w:after="160" w:line="276" w:lineRule="auto"/>
        <w:jc w:val="both"/>
      </w:pPr>
      <w:r>
        <w:rPr>
          <w:b w:val="0"/>
          <w:i w:val="0"/>
          <w:sz w:val="22"/>
        </w:rPr>
        <w:t>Il Presidente sottopone quindi ai presenti la proposta di conferimento dell'incarico.</w:t>
      </w:r>
    </w:p>
    <w:p>
      <w:pPr>
        <w:spacing w:after="160" w:line="276" w:lineRule="auto"/>
        <w:jc w:val="both"/>
      </w:pPr>
      <w:r>
        <w:rPr>
          <w:b w:val="0"/>
          <w:i w:val="0"/>
          <w:sz w:val="22"/>
        </w:rPr>
        <w:t>Dopo breve discussione, i presenti approvano e deliberano all'unanimità quanto segue:</w:t>
      </w:r>
    </w:p>
    <w:p>
      <w:pPr>
        <w:pStyle w:val="ListBullet"/>
        <w:spacing w:after="100" w:line="264" w:lineRule="auto"/>
      </w:pPr>
      <w:r>
        <w:rPr>
          <w:rFonts w:ascii="Calibri" w:hAnsi="Calibri"/>
          <w:sz w:val="22"/>
        </w:rPr>
        <w:t>di conferire, ai sensi dell'art. 14, lett. a, dello Statuto Nazionale, al socio [NOME E COGNOME], nato/a a [LUOGO] il [DATA], codice fiscale [CODICE FISCALE], l'incarico onorifico di Delegato Territoriale ONMIC per l'ambito di [COMUNE/PROVINCIA/REGIONE], con decorrenza dalla data odierna e fino a eventuale revoca da parte della Presidenza Nazionale;</w:t>
      </w:r>
    </w:p>
    <w:p>
      <w:pPr>
        <w:pStyle w:val="ListBullet"/>
        <w:spacing w:after="100" w:line="264" w:lineRule="auto"/>
      </w:pPr>
      <w:r>
        <w:rPr>
          <w:rFonts w:ascii="Calibri" w:hAnsi="Calibri"/>
          <w:sz w:val="22"/>
        </w:rPr>
        <w:t>di dare mandato al Delegato Territoriale affinché rappresenti, nel rispetto dello Statuto e delle direttive della Presidenza Nazionale, gli interessi dell'Associazione presso le istituzioni pubbliche e private del territorio di competenza, e promuova le iniziative necessarie alla diffusione degli intenti istitutivi e fondanti dell'ONMIC;</w:t>
      </w:r>
    </w:p>
    <w:p>
      <w:pPr>
        <w:pStyle w:val="ListBullet"/>
        <w:spacing w:after="100" w:line="264" w:lineRule="auto"/>
      </w:pPr>
      <w:r>
        <w:rPr>
          <w:rFonts w:ascii="Calibri" w:hAnsi="Calibri"/>
          <w:sz w:val="22"/>
        </w:rPr>
        <w:t>di autorizzare il Delegato Territoriale all'uso della denominazione e del logo dell'Associazione, ai sensi dell'art. 8 dello Statuto Nazionale, esclusivamente per le finalità e nei limiti del presente incarico;</w:t>
      </w:r>
    </w:p>
    <w:p>
      <w:pPr>
        <w:pStyle w:val="ListBullet"/>
        <w:spacing w:after="100" w:line="264" w:lineRule="auto"/>
      </w:pPr>
      <w:r>
        <w:rPr>
          <w:rFonts w:ascii="Calibri" w:hAnsi="Calibri"/>
          <w:sz w:val="22"/>
        </w:rPr>
        <w:t>di dare atto che l'eventuale costituzione, da parte del Delegato Territoriale, di una sede distaccata dell'Associazione sul territorio di competenza, ai sensi dell'art. 14 dello Statuto Nazionale, resta subordinata alla preventiva comunicazione e assenso della Presidenza Nazionale, nonché all'apertura di un codice fiscale identificativo della sede;</w:t>
      </w:r>
    </w:p>
    <w:p>
      <w:pPr>
        <w:pStyle w:val="ListBullet"/>
        <w:spacing w:after="100" w:line="264" w:lineRule="auto"/>
      </w:pPr>
      <w:r>
        <w:rPr>
          <w:rFonts w:ascii="Calibri" w:hAnsi="Calibri"/>
          <w:sz w:val="22"/>
        </w:rPr>
        <w:t>di incaricare la Segreteria Nazionale del rilascio del relativo attestato di nomina e degli adempimenti conseguenti.</w:t>
      </w:r>
    </w:p>
    <w:p>
      <w:pPr>
        <w:spacing w:after="160" w:line="276" w:lineRule="auto"/>
        <w:jc w:val="both"/>
      </w:pPr>
      <w:r>
        <w:rPr>
          <w:b w:val="0"/>
          <w:i w:val="0"/>
          <w:sz w:val="22"/>
        </w:rPr>
        <w:t>Il Presidente, esauriti i punti all'ordine del giorno, ringrazia i presenti e, previa lettura, approvazione e sottoscrizione del presente verbale, dichiara sciolta la seduta alle ore [____].</w:t>
      </w:r>
    </w:p>
    <w:p>
      <w:pPr>
        <w:spacing w:after="120"/>
      </w:pPr>
    </w:p>
    <w:tbl>
      <w:tblPr>
        <w:tblW w:type="auto" w:w="0"/>
        <w:jc w:val="center"/>
        <w:tblLayout w:type="autofit"/>
        <w:tblLook w:firstColumn="1" w:firstRow="1" w:lastColumn="0" w:lastRow="0" w:noHBand="0" w:noVBand="1" w:val="04A0"/>
      </w:tblPr>
      <w:tblGrid>
        <w:gridCol w:w="4706"/>
        <w:gridCol w:w="4706"/>
      </w:tblGrid>
      <w:tr>
        <w:tc>
          <w:tcPr>
            <w:tcW w:type="dxa" w:w="4706"/>
            <w:tcBorders>
              <w:top w:val="nil"/>
              <w:left w:val="nil"/>
              <w:bottom w:val="nil"/>
              <w:right w:val="nil"/>
            </w:tcBorders>
            <w:vAlign w:val="top"/>
          </w:tcPr>
          <w:p>
            <w:r/>
          </w:p>
          <w:p>
            <w:pPr>
              <w:spacing w:before="480"/>
            </w:pPr>
          </w:p>
          <w:p>
            <w:pPr>
              <w:jc w:val="center"/>
            </w:pPr>
            <w:r>
              <w:rPr>
                <w:sz w:val="22"/>
              </w:rPr>
              <w:t>________________________________</w:t>
            </w:r>
          </w:p>
          <w:p>
            <w:pPr>
              <w:jc w:val="center"/>
            </w:pPr>
            <w:r>
              <w:rPr>
                <w:b/>
                <w:sz w:val="20"/>
              </w:rPr>
              <w:t>Il Presidente</w:t>
            </w:r>
          </w:p>
          <w:p>
            <w:pPr>
              <w:jc w:val="center"/>
            </w:pPr>
            <w:r>
              <w:rPr>
                <w:sz w:val="20"/>
              </w:rPr>
              <w:t>[NOME PRESIDENTE]</w:t>
            </w:r>
          </w:p>
        </w:tc>
        <w:tc>
          <w:tcPr>
            <w:tcW w:type="dxa" w:w="4706"/>
            <w:tcBorders>
              <w:top w:val="nil"/>
              <w:left w:val="nil"/>
              <w:bottom w:val="nil"/>
              <w:right w:val="nil"/>
            </w:tcBorders>
            <w:vAlign w:val="top"/>
          </w:tcPr>
          <w:p>
            <w:r/>
          </w:p>
          <w:p>
            <w:pPr>
              <w:spacing w:before="480"/>
            </w:pPr>
          </w:p>
          <w:p>
            <w:pPr>
              <w:jc w:val="center"/>
            </w:pPr>
            <w:r>
              <w:rPr>
                <w:sz w:val="22"/>
              </w:rPr>
              <w:t>________________________________</w:t>
            </w:r>
          </w:p>
          <w:p>
            <w:pPr>
              <w:jc w:val="center"/>
            </w:pPr>
            <w:r>
              <w:rPr>
                <w:b/>
                <w:sz w:val="20"/>
              </w:rPr>
              <w:t>Il Segretario</w:t>
            </w:r>
          </w:p>
          <w:p>
            <w:pPr>
              <w:jc w:val="center"/>
            </w:pPr>
            <w:r>
              <w:rPr>
                <w:sz w:val="20"/>
              </w:rPr>
              <w:t>[NOME SEGRETARIO/A]</w:t>
            </w:r>
          </w:p>
        </w:tc>
      </w:tr>
    </w:tbl>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77777"/>
        <w:sz w:val="16"/>
      </w:rPr>
      <w:t xml:space="preserve">ONMIC APS Nazionale – Modello a uso interno — Pag. </w:t>
    </w:r>
    <w:r>
      <w:fldChar w:fldCharType="begin"/>
      <w:instrText xml:space="preserve">PAGE</w:instrText>
      <w:fldChar w:fldCharType="separate"/>
      <w:fldChar w:fldCharType="end"/>
    </w:r>
    <w:r>
      <w:rPr>
        <w:color w:val="777777"/>
        <w:sz w:val="16"/>
      </w:rPr>
      <w:t xml:space="preserve"> di </w:t>
    </w:r>
    <w:r>
      <w:fldChar w:fldCharType="begin"/>
      <w:instrText xml:space="preserve">NUMPAGES</w:instrText>
      <w:fldChar w:fldCharType="separate"/>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