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DOMANDA DI CONFERIMENTO INCARICO DI DELEGATO TERRITORIALE</w:t>
      </w:r>
    </w:p>
    <w:p>
      <w:pPr>
        <w:spacing w:after="240"/>
        <w:jc w:val="center"/>
      </w:pPr>
      <w:r>
        <w:rPr>
          <w:b/>
          <w:i/>
          <w:sz w:val="21"/>
        </w:rPr>
        <w:t>(ai sensi dell'art. 14, lett. a, dello Statuto Nazionale ONMIC APS)</w:t>
      </w:r>
    </w:p>
    <w:p>
      <w:pPr>
        <w:spacing w:after="20"/>
        <w:jc w:val="left"/>
      </w:pPr>
      <w:r>
        <w:rPr>
          <w:b w:val="0"/>
          <w:sz w:val="22"/>
        </w:rPr>
        <w:t>Alla Presidenza Nazionale</w:t>
      </w:r>
    </w:p>
    <w:p>
      <w:pPr>
        <w:spacing w:after="20"/>
        <w:jc w:val="left"/>
      </w:pPr>
      <w:r>
        <w:rPr>
          <w:b w:val="0"/>
          <w:sz w:val="22"/>
        </w:rPr>
        <w:t>ONMIC – Opera Nazionale Mutilati Invalidi Civili</w:t>
      </w:r>
    </w:p>
    <w:p>
      <w:pPr>
        <w:spacing w:after="20"/>
        <w:jc w:val="left"/>
      </w:pPr>
      <w:r>
        <w:rPr>
          <w:b w:val="0"/>
          <w:sz w:val="22"/>
        </w:rPr>
        <w:t>Via G.A. Aurofino, 12 – 84100 Salerno (SA)</w:t>
      </w:r>
    </w:p>
    <w:p>
      <w:pPr>
        <w:spacing w:after="160"/>
        <w:jc w:val="left"/>
      </w:pPr>
      <w:r>
        <w:rPr>
          <w:b w:val="0"/>
          <w:sz w:val="22"/>
        </w:rPr>
        <w:t>PEC: [inserire PEC nazionale ONMIC]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Il/La sottoscritto/a [NOME E COGNOME], nato/a a [LUOGO DI NASCITA] il [DATA DI NASCITA], residente in [COMUNE], via [INDIRIZZO], codice fiscale [CODICE FISCALE], recapito telefonico [TELEFONO], indirizzo e-mail [E-MAIL],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in qualità di socio/a dell'Associazione ONMIC – Opera Nazionale Mutilati Invalidi Civili (ONMIC APS) dal [DATA DI ISCRIZIONE], avendo preso visione dello Statuto Nazionale e condividendone integralmente le finalità istituzionali di cui all'art. 5,</w:t>
      </w:r>
    </w:p>
    <w:p>
      <w:pPr>
        <w:spacing w:after="160" w:line="276" w:lineRule="auto"/>
        <w:jc w:val="center"/>
      </w:pPr>
      <w:r>
        <w:rPr>
          <w:b/>
          <w:i w:val="0"/>
          <w:sz w:val="22"/>
        </w:rPr>
        <w:t>CHIEDE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alla Presidenza Nazionale, ai sensi e per gli effetti dell'art. 14, lett. a, dello Statuto Nazionale, il conferimento dell'incarico onorifico di Delegato Territoriale per il seguente ambito di competenza:</w:t>
      </w:r>
    </w:p>
    <w:p>
      <w:pPr>
        <w:spacing w:after="20"/>
        <w:jc w:val="left"/>
      </w:pPr>
      <w:r>
        <w:rPr>
          <w:b w:val="0"/>
          <w:sz w:val="22"/>
        </w:rPr>
        <w:t>Comune/i: [INDICARE I COMUNI]</w:t>
      </w:r>
    </w:p>
    <w:p>
      <w:pPr>
        <w:spacing w:after="20"/>
        <w:jc w:val="left"/>
      </w:pPr>
      <w:r>
        <w:rPr>
          <w:b w:val="0"/>
          <w:sz w:val="22"/>
        </w:rPr>
        <w:t>Provincia: [PROVINCIA]</w:t>
      </w:r>
    </w:p>
    <w:p>
      <w:pPr>
        <w:spacing w:after="160"/>
        <w:jc w:val="left"/>
      </w:pPr>
      <w:r>
        <w:rPr>
          <w:b w:val="0"/>
          <w:sz w:val="22"/>
        </w:rPr>
        <w:t>Regione: [REGIONE]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A tal fine, consapevole di quanto disposto dallo Statuto Nazionale in ordine ai compiti del Delegato Territoriale — rappresentare presso le istituzioni pubbliche e private gli interessi dell'Associazione e promuovere, nell'ambito del territorio di riferimento, tutte le iniziative necessarie alla diffusione degli intenti istitutivi e fondanti dell'ONMIC — il/la sottoscritto/a</w:t>
      </w:r>
    </w:p>
    <w:p>
      <w:pPr>
        <w:spacing w:after="160" w:line="276" w:lineRule="auto"/>
        <w:jc w:val="center"/>
      </w:pPr>
      <w:r>
        <w:rPr>
          <w:b/>
          <w:i w:val="0"/>
          <w:sz w:val="22"/>
        </w:rPr>
        <w:t>DICHIARA E SI IMPEGNA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svolgere l'incarico, ove conferito, in via gratuita e onorifica, senza alcun rapporto di lavoro subordinato o autonomo con l'Associazione;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operare nel rispetto dello Statuto Nazionale, dei regolamenti interni e delle direttive della Presidenza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riferire periodicamente alla Presidenza Nazionale sulle iniziative intraprese sul territorio di competenza;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non utilizzare la denominazione, il logo e i segni distintivi dell'ONMIC se non nei limiti e nei modi autorizzati, ai sensi dell'art. 8 dello Statuto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richiedere, qualora intenda costituire sul territorio una sede distaccata dell'Associazione, la preventiva autorizzazione della Presidenza Nazionale, secondo quanto previsto dall'art. 14 dello Statuto Nazionale.</w:t>
      </w:r>
    </w:p>
    <w:p>
      <w:pPr>
        <w:spacing w:after="120"/>
      </w:pP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Si allegano alla presente: copia di un documento di identità in corso di validità; copia del codice fiscale; breve nota di presentazione/motivazione della candidatura.</w:t>
      </w:r>
    </w:p>
    <w:p>
      <w:pPr>
        <w:spacing w:after="240"/>
      </w:pPr>
    </w:p>
    <w:p>
      <w:pPr>
        <w:spacing w:after="160"/>
        <w:jc w:val="left"/>
      </w:pPr>
      <w:r>
        <w:rPr>
          <w:b w:val="0"/>
          <w:sz w:val="22"/>
        </w:rPr>
        <w:t>[LUOGO], [DATA]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Il/la richiedente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